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Employee appreciation letter template and certificate of appreciation wording</w:t>
      </w:r>
    </w:p>
    <w:p>
      <w:r>
        <w:rPr>
          <w:color w:val="6B6280"/>
        </w:rPr>
        <w:t>Copy the wording and fill in the brackets for each person. It works for staff, employees and volunteers alike.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Thank you for [one thing they did that you noticed]. It made a real difference for [who it helped], and I want you to know I saw it.</w:t>
      </w:r>
    </w:p>
    <w:p>
      <w:r>
        <w:t>What stands out to me is [a habit or quality, with an example]. [Our school, team or organization] is better because you're part of it.</w:t>
      </w:r>
    </w:p>
    <w:p>
      <w:r>
        <w:t>Thank you for everything you do.</w:t>
      </w:r>
    </w:p>
    <w:p>
      <w:r>
        <w:t>[Your name], [your role]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Certificate of Appreciation</w:t>
        <w:br/>
        <w:t>The [what they did, in a few words] Award</w:t>
      </w:r>
    </w:p>
    <w:p>
      <w:r>
        <w:t>Presented to [first name], [organization]</w:t>
        <w:br/>
        <w:t>In appreciation of [what they did, in one sentence], and for [what it meant to the people they serve].</w:t>
      </w:r>
    </w:p>
    <w:p>
      <w:r>
        <w:t>[Your name], [your role], [date]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appreciation letter template and certificate of appreciation wording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