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231640"/>
        </w:rPr>
        <w:t>Senior night letter template</w:t>
      </w:r>
    </w:p>
    <w:p>
      <w:r>
        <w:rPr>
          <w:color w:val="6B6280"/>
        </w:rPr>
        <w:t>Copy it and fill in the brackets for each senior. It works for any sport, and for band, cheer or dance seniors too.</w:t>
      </w:r>
    </w:p>
    <w:p>
      <w:pPr>
        <w:pStyle w:val="Heading2"/>
      </w:pPr>
      <w:r>
        <w:t>Letter</w:t>
      </w:r>
    </w:p>
    <w:p>
      <w:r>
        <w:t>Dear [first name],</w:t>
      </w:r>
    </w:p>
    <w:p>
      <w:r>
        <w:t>[Number] years ago, you joined the [team name] as [where they started]. Tonight we celebrate how far you've come.</w:t>
      </w:r>
    </w:p>
    <w:p>
      <w:r>
        <w:t>One moment I'll always remember is [a moment that was theirs]. It showed [what it says about them].</w:t>
      </w:r>
    </w:p>
    <w:p>
      <w:r>
        <w:t>The younger players learned from you how to [what they taught by example].</w:t>
      </w:r>
    </w:p>
    <w:p>
      <w:r>
        <w:t>Thank you for everything you gave this program. I can't wait to see what you do next.</w:t>
      </w:r>
    </w:p>
    <w:p>
      <w:r>
        <w:t>[Your name]</w:t>
      </w:r>
    </w:p>
    <w:p>
      <w:r>
        <w:br w:type="page"/>
      </w:r>
    </w:p>
    <w:p>
      <w:pPr>
        <w:pStyle w:val="Heading2"/>
      </w:pPr>
      <w:r>
        <w:t>Award certificate wording</w:t>
      </w:r>
    </w:p>
    <w:p>
      <w:r>
        <w:t>The [their moment or strength in a few words] Award</w:t>
      </w:r>
    </w:p>
    <w:p>
      <w:r>
        <w:t>Presented to [first name], [team name]</w:t>
        <w:br/>
        <w:t>For [number] years of [what they gave the program], and for [their moment].</w:t>
      </w:r>
    </w:p>
    <w:p>
      <w:r>
        <w:rPr>
          <w:color w:val="6B6280"/>
          <w:sz w:val="18"/>
        </w:rPr>
        <w:t>Free template from learnerborn.com. Want each one written from your notes about every person? Visit learnerborn.com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night letter template</dc:title>
  <dc:subject/>
  <dc:creator>learnerborn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