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31640"/>
        </w:rPr>
        <w:t>Recital certificate template and wording</w:t>
      </w:r>
    </w:p>
    <w:p>
      <w:r>
        <w:rPr>
          <w:color w:val="6B6280"/>
        </w:rPr>
        <w:t>Copy the wording and fill in the brackets for each student. It works for piano, strings, voice, band, ballet, tap, jazz or hip hop.</w:t>
      </w:r>
    </w:p>
    <w:p>
      <w:pPr>
        <w:pStyle w:val="Heading2"/>
      </w:pPr>
      <w:r>
        <w:t>Letter</w:t>
      </w:r>
    </w:p>
    <w:p>
      <w:r>
        <w:t>Dear [first name],</w:t>
      </w:r>
    </w:p>
    <w:p>
      <w:r>
        <w:t>You [their piece or part] at our [recital name], and I was so proud watching you.</w:t>
      </w:r>
    </w:p>
    <w:p>
      <w:r>
        <w:t>[A moment from the performance, or the practice behind it]. That showed [what it says about them].</w:t>
      </w:r>
    </w:p>
    <w:p>
      <w:r>
        <w:t>I can't wait to see what you learn next.</w:t>
      </w:r>
    </w:p>
    <w:p>
      <w:r>
        <w:t>[Your name], [studio name]</w:t>
      </w:r>
    </w:p>
    <w:p>
      <w:r>
        <w:br w:type="page"/>
      </w:r>
    </w:p>
    <w:p>
      <w:pPr>
        <w:pStyle w:val="Heading2"/>
      </w:pPr>
      <w:r>
        <w:t>Award certificate wording</w:t>
      </w:r>
    </w:p>
    <w:p>
      <w:r>
        <w:t>The [their moment in a few words] Award</w:t>
      </w:r>
    </w:p>
    <w:p>
      <w:r>
        <w:t>Presented to [first name], [studio name]</w:t>
        <w:br/>
        <w:t>For [their performance or new level, in one sentence].</w:t>
      </w:r>
    </w:p>
    <w:p>
      <w:r>
        <w:t>[Your name], [recital and date]</w:t>
      </w:r>
    </w:p>
    <w:p>
      <w:r>
        <w:rPr>
          <w:color w:val="6B6280"/>
          <w:sz w:val="18"/>
        </w:rPr>
        <w:t>Free template from learnerborn.com. Want each one written from your notes about every person? Visit learnerborn.com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Recital certificate template and wording</dc:title>
  <dc:subject/>
  <dc:creator>learnerborn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