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231640"/>
        </w:rPr>
        <w:t>End of season award certificate template</w:t>
      </w:r>
    </w:p>
    <w:p>
      <w:r>
        <w:rPr>
          <w:color w:val="6B6280"/>
        </w:rPr>
        <w:t>Copy the certificate wording and fill in the brackets for each player. The short note works on the back of the certificate or as a card.</w:t>
      </w:r>
    </w:p>
    <w:p>
      <w:pPr>
        <w:pStyle w:val="Heading2"/>
      </w:pPr>
      <w:r>
        <w:t>Letter</w:t>
      </w:r>
    </w:p>
    <w:p>
      <w:r>
        <w:t>Dear [first name],</w:t>
      </w:r>
    </w:p>
    <w:p>
      <w:r>
        <w:t>One moment I'll remember from this season is [a real moment from a game or practice]. It showed [what it says about them].</w:t>
      </w:r>
    </w:p>
    <w:p>
      <w:r>
        <w:t>Next season, keep working on [one next step]. I know you can do it.</w:t>
      </w:r>
    </w:p>
    <w:p>
      <w:r>
        <w:t>[Your name]</w:t>
      </w:r>
    </w:p>
    <w:p>
      <w:r>
        <w:br w:type="page"/>
      </w:r>
    </w:p>
    <w:p>
      <w:pPr>
        <w:pStyle w:val="Heading2"/>
      </w:pPr>
      <w:r>
        <w:t>Award certificate wording</w:t>
      </w:r>
    </w:p>
    <w:p>
      <w:r>
        <w:t>The [their moment or strength in a few words] Award</w:t>
      </w:r>
    </w:p>
    <w:p>
      <w:r>
        <w:t>Presented to [first name], [team name]</w:t>
        <w:br/>
        <w:t>For [what they did this season, in one sentence].</w:t>
      </w:r>
    </w:p>
    <w:p>
      <w:r>
        <w:t>[Your name], [season and year]</w:t>
      </w:r>
    </w:p>
    <w:p>
      <w:r>
        <w:rPr>
          <w:color w:val="6B6280"/>
          <w:sz w:val="18"/>
        </w:rPr>
        <w:t>Free template from learnerborn.com. Want each one written from your notes about every person? Visit learnerborn.com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 of season award certificate template</dc:title>
  <dc:subject/>
  <dc:creator>learnerborn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