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A letter template that works for any student</w:t>
      </w:r>
    </w:p>
    <w:p>
      <w:r>
        <w:rPr>
          <w:color w:val="6B6280"/>
        </w:rPr>
        <w:t>Copy it and fill in the brackets with one real moment for each student. It fits the end of the year, a holiday, or any time you want to tell a student what you noticed.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I want to tell you about something I noticed: [one real moment, and when it happened]. It showed me [what it says about them].</w:t>
      </w:r>
    </w:p>
    <w:p>
      <w:r>
        <w:t>This year you've grown in [a skill or habit], and it shows every time you [an example].</w:t>
      </w:r>
    </w:p>
    <w:p>
      <w:r>
        <w:t>[A warm wish, or one next step you know they're ready for].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strength in a few words] Award</w:t>
      </w:r>
    </w:p>
    <w:p>
      <w:r>
        <w:t>Presented to [first name]</w:t>
        <w:br/>
        <w:t>For [the moment or habit you noticed].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letter template that works for any student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