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231640"/>
        </w:rPr>
        <w:t>End of year letter to students template</w:t>
      </w:r>
    </w:p>
    <w:p>
      <w:r>
        <w:rPr>
          <w:color w:val="6B6280"/>
        </w:rPr>
        <w:t>Copy it and fill in the brackets for each student. It works from preschool through high school.</w:t>
      </w:r>
    </w:p>
    <w:p>
      <w:pPr>
        <w:pStyle w:val="Heading2"/>
      </w:pPr>
      <w:r>
        <w:t>Letter</w:t>
      </w:r>
    </w:p>
    <w:p>
      <w:r>
        <w:t>Dear [first name],</w:t>
      </w:r>
    </w:p>
    <w:p>
      <w:r>
        <w:t>What a year. In the fall, you [where they started]. Now you [how they've grown].</w:t>
      </w:r>
    </w:p>
    <w:p>
      <w:r>
        <w:t>One moment I'll always remember is [a moment from this year that was theirs]. It showed me [what it says about them].</w:t>
      </w:r>
    </w:p>
    <w:p>
      <w:r>
        <w:t>I can't wait to hear about everything you do in [next grade or school]. I'm so proud to have been your teacher.</w:t>
      </w:r>
    </w:p>
    <w:p>
      <w:r>
        <w:t>[Your name]</w:t>
      </w:r>
    </w:p>
    <w:p>
      <w:r>
        <w:br w:type="page"/>
      </w:r>
    </w:p>
    <w:p>
      <w:pPr>
        <w:pStyle w:val="Heading2"/>
      </w:pPr>
      <w:r>
        <w:t>Award certificate wording</w:t>
      </w:r>
    </w:p>
    <w:p>
      <w:r>
        <w:t>The [their moment or strength in a few words] Award</w:t>
      </w:r>
    </w:p>
    <w:p>
      <w:r>
        <w:t>Presented to [first name], [class name]</w:t>
        <w:br/>
        <w:t>For [the moment or habit, in one sentence], and for [how they grew this year].</w:t>
      </w:r>
    </w:p>
    <w:p>
      <w:r>
        <w:t>[Your name], [school year]</w:t>
      </w:r>
    </w:p>
    <w:p>
      <w:r>
        <w:rPr>
          <w:color w:val="6B6280"/>
          <w:sz w:val="18"/>
        </w:rPr>
        <w:t>Free template from learnerborn.com. Want each one written from your notes about every person? Visit learnerborn.com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 of year letter to students template</dc:title>
  <dc:subject/>
  <dc:creator>learnerborn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