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Test encouragement note template</w:t>
      </w:r>
    </w:p>
    <w:p>
      <w:r>
        <w:rPr>
          <w:color w:val="6B6280"/>
        </w:rPr>
        <w:t>Copy it and fill in the brackets for each student. Slip it in a desk, a lunchbox or a test folder the morning of the test.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Remember when [a moment this year when they worked through something hard]? You didn't give up, and you figured it out.</w:t>
      </w:r>
    </w:p>
    <w:p>
      <w:r>
        <w:t>That's the same [strength] you're bringing into this test. Take your time, [one small reminder], and do your best.</w:t>
      </w:r>
    </w:p>
    <w:p>
      <w:r>
        <w:t>I believe in you, no matter what.</w:t>
      </w:r>
    </w:p>
    <w:p>
      <w:r>
        <w:t>[Your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strength in a few words] Award</w:t>
      </w:r>
    </w:p>
    <w:p>
      <w:r>
        <w:t>Presented to [first name], [class name]</w:t>
        <w:br/>
        <w:t>For [the moment or habit you noticed], and for the courage to keep trying.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encouragement note template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