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Camp certificate template</w:t>
      </w:r>
    </w:p>
    <w:p>
      <w:r>
        <w:rPr>
          <w:color w:val="6B6280"/>
        </w:rPr>
        <w:t>Copy the wording and fill in the brackets for each camper. It works for day camps, sleepaway camps, sports camps and clubs.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What a [week or summer]. On the first day you [where they started]. By the end you [what changed].</w:t>
      </w:r>
    </w:p>
    <w:p>
      <w:r>
        <w:t>The moment I'll remember is [a moment from camp that was theirs]. That showed me [what it says about them].</w:t>
      </w:r>
    </w:p>
    <w:p>
      <w:r>
        <w:t>I hope we see you back next summer.</w:t>
      </w:r>
    </w:p>
    <w:p>
      <w:r>
        <w:t>[Counselor's name], [camp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camp moment in a few words] Award</w:t>
      </w:r>
    </w:p>
    <w:p>
      <w:r>
        <w:t>Presented to [first name], [camp name]</w:t>
        <w:br/>
        <w:t>For [the moment, in one sentence].</w:t>
      </w:r>
    </w:p>
    <w:p>
      <w:r>
        <w:t>[Counselor's name], [session and year]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 certificate template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