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Award certificate template and wording</w:t>
      </w:r>
    </w:p>
    <w:p>
      <w:r>
        <w:rPr>
          <w:color w:val="6B6280"/>
        </w:rPr>
        <w:t>Copy the wording, fill in the brackets for each student, and add it to any certificate you have. The short note works on the back or as a card.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This award is for [the moment or habit you noticed]. I saw it when [an example from this year], and it showed me [what it says about them].</w:t>
      </w:r>
    </w:p>
    <w:p>
      <w:r>
        <w:t>I'm proud of you, and I can't wait to see what you do next.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strength or moment in a few words] Award</w:t>
      </w:r>
    </w:p>
    <w:p>
      <w:r>
        <w:t>Presented to [first name], [class name]</w:t>
        <w:br/>
        <w:t>For [the moment or habit, in one sentence], and for [how they grew this year].</w:t>
      </w:r>
    </w:p>
    <w:p>
      <w:r>
        <w:t>[Your name], [date]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certificate template and wording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